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B1107" w:rsidRDefault="00000000">
      <w:pPr>
        <w:pStyle w:val="Balk1"/>
      </w:pPr>
      <w:r>
        <w:t>Örnek CİMER Başvuru Metni</w:t>
      </w:r>
    </w:p>
    <w:p w:rsidR="008B1107" w:rsidRDefault="00000000">
      <w:r>
        <w:br/>
        <w:t>CUMHURBAŞKANLIĞI İLETİŞİM MERKEZİ’NE</w:t>
      </w:r>
      <w:r>
        <w:br/>
      </w:r>
      <w:r>
        <w:br/>
        <w:t xml:space="preserve">Konu: Psikolog/Klinik Psikolog Olmayan </w:t>
      </w:r>
      <w:proofErr w:type="spellStart"/>
      <w:r>
        <w:t>Kişinin</w:t>
      </w:r>
      <w:proofErr w:type="spellEnd"/>
      <w:r>
        <w:t xml:space="preserve"> </w:t>
      </w:r>
      <w:proofErr w:type="spellStart"/>
      <w:r>
        <w:t>Yetkisiz</w:t>
      </w:r>
      <w:proofErr w:type="spellEnd"/>
      <w:r>
        <w:t xml:space="preserve"> </w:t>
      </w:r>
      <w:proofErr w:type="spellStart"/>
      <w:r>
        <w:t>Meslek</w:t>
      </w:r>
      <w:proofErr w:type="spellEnd"/>
      <w:r>
        <w:t xml:space="preserve"> </w:t>
      </w:r>
      <w:proofErr w:type="spellStart"/>
      <w:r>
        <w:t>Uygulaması</w:t>
      </w:r>
      <w:proofErr w:type="spellEnd"/>
      <w:r w:rsidR="0012450E">
        <w:t>/</w:t>
      </w:r>
      <w:proofErr w:type="spellStart"/>
      <w:r w:rsidR="0012450E">
        <w:t>Unvan</w:t>
      </w:r>
      <w:proofErr w:type="spellEnd"/>
      <w:r w:rsidR="0012450E">
        <w:t xml:space="preserve"> </w:t>
      </w:r>
      <w:proofErr w:type="spellStart"/>
      <w:r>
        <w:t>Hakkında</w:t>
      </w:r>
      <w:proofErr w:type="spellEnd"/>
      <w:r>
        <w:t xml:space="preserve"> </w:t>
      </w:r>
      <w:proofErr w:type="spellStart"/>
      <w:r>
        <w:t>Şikâyet</w:t>
      </w:r>
      <w:proofErr w:type="spellEnd"/>
      <w:r>
        <w:br/>
      </w:r>
      <w:r>
        <w:br/>
      </w:r>
      <w:proofErr w:type="spellStart"/>
      <w:r>
        <w:t>Sayın</w:t>
      </w:r>
      <w:proofErr w:type="spellEnd"/>
      <w:r>
        <w:t xml:space="preserve"> </w:t>
      </w:r>
      <w:proofErr w:type="spellStart"/>
      <w:r>
        <w:t>Yetkili</w:t>
      </w:r>
      <w:proofErr w:type="spellEnd"/>
      <w:r>
        <w:t>,</w:t>
      </w:r>
      <w:r>
        <w:br/>
      </w:r>
      <w:r>
        <w:br/>
        <w:t xml:space="preserve">Aşağıda bilgileri yer alan kişi/kurumun, psikolog veya klinik psikolog unvanına sahip olmamasına rağmen bu </w:t>
      </w:r>
      <w:proofErr w:type="spellStart"/>
      <w:r>
        <w:t>meslek</w:t>
      </w:r>
      <w:proofErr w:type="spellEnd"/>
      <w:r>
        <w:t xml:space="preserve"> </w:t>
      </w:r>
      <w:proofErr w:type="spellStart"/>
      <w:r>
        <w:t>alanına</w:t>
      </w:r>
      <w:proofErr w:type="spellEnd"/>
      <w:r>
        <w:t xml:space="preserve"> </w:t>
      </w:r>
      <w:proofErr w:type="spellStart"/>
      <w:r>
        <w:t>ilişkin</w:t>
      </w:r>
      <w:proofErr w:type="spellEnd"/>
      <w:r>
        <w:t xml:space="preserve"> </w:t>
      </w:r>
      <w:proofErr w:type="spellStart"/>
      <w:r>
        <w:t>faaliyetlerde</w:t>
      </w:r>
      <w:proofErr w:type="spellEnd"/>
      <w:r w:rsidR="0012450E" w:rsidRPr="0012450E">
        <w:t xml:space="preserve"> </w:t>
      </w:r>
      <w:proofErr w:type="spellStart"/>
      <w:r w:rsidR="0012450E">
        <w:t>bulunduğu</w:t>
      </w:r>
      <w:proofErr w:type="spellEnd"/>
      <w:r w:rsidR="0012450E">
        <w:t xml:space="preserve"> </w:t>
      </w:r>
      <w:r w:rsidR="0012450E">
        <w:t>/</w:t>
      </w:r>
      <w:proofErr w:type="spellStart"/>
      <w:r w:rsidR="0012450E">
        <w:t>bu</w:t>
      </w:r>
      <w:proofErr w:type="spellEnd"/>
      <w:r w:rsidR="0012450E">
        <w:t xml:space="preserve"> </w:t>
      </w:r>
      <w:proofErr w:type="spellStart"/>
      <w:r w:rsidR="0012450E">
        <w:t>mesleklere</w:t>
      </w:r>
      <w:proofErr w:type="spellEnd"/>
      <w:r w:rsidR="0012450E">
        <w:t xml:space="preserve"> </w:t>
      </w:r>
      <w:proofErr w:type="spellStart"/>
      <w:r w:rsidR="0012450E">
        <w:t>ait</w:t>
      </w:r>
      <w:proofErr w:type="spellEnd"/>
      <w:r w:rsidR="0012450E">
        <w:t xml:space="preserve"> </w:t>
      </w:r>
      <w:proofErr w:type="spellStart"/>
      <w:r w:rsidR="0012450E">
        <w:t>unvanları</w:t>
      </w:r>
      <w:proofErr w:type="spellEnd"/>
      <w:r w:rsidR="0012450E">
        <w:t xml:space="preserve"> </w:t>
      </w:r>
      <w:proofErr w:type="spellStart"/>
      <w:r w:rsidR="0012450E">
        <w:t>kullandığı</w:t>
      </w:r>
      <w:proofErr w:type="spellEnd"/>
      <w:r>
        <w:t xml:space="preserve"> </w:t>
      </w:r>
      <w:proofErr w:type="spellStart"/>
      <w:r>
        <w:t>tespit</w:t>
      </w:r>
      <w:proofErr w:type="spellEnd"/>
      <w:r>
        <w:t xml:space="preserve"> </w:t>
      </w:r>
      <w:proofErr w:type="spellStart"/>
      <w:r>
        <w:t>edilmiştir</w:t>
      </w:r>
      <w:proofErr w:type="spellEnd"/>
      <w:r>
        <w:t>.</w:t>
      </w:r>
      <w:r>
        <w:br/>
      </w:r>
      <w:r>
        <w:br/>
        <w:t>Şikâyet Edilen Kişi/Kurum Bilgileri:</w:t>
      </w:r>
      <w:r>
        <w:br/>
        <w:t>Adı/Unvanı:</w:t>
      </w:r>
      <w:r>
        <w:br/>
        <w:t>Adresi:</w:t>
      </w:r>
      <w:r>
        <w:br/>
        <w:t>İletişim Bilgileri (varsa telefon, e-posta, web adresi):</w:t>
      </w:r>
      <w:r>
        <w:br/>
      </w:r>
      <w:r>
        <w:br/>
        <w:t>Yetkisiz Faaliyetin Açıklaması:</w:t>
      </w:r>
      <w:r>
        <w:br/>
        <w:t>(Tarih, yer, yapılan işlem, verilen hizmetin içeriği açık şekilde yazılmalıdır.)</w:t>
      </w:r>
      <w:r>
        <w:br/>
      </w:r>
      <w:r>
        <w:br/>
        <w:t>Deliller:</w:t>
      </w:r>
      <w:r>
        <w:br/>
        <w:t>(Varsa ekran görüntüsü, sosyal medya paylaşımı, reklam materyali, fatura, tanıtım broşürü vb. belgeler eklenmelidir.)</w:t>
      </w:r>
      <w:r>
        <w:br/>
      </w:r>
      <w:r>
        <w:br/>
        <w:t>Yukarıda açıklanan hususlar doğrultusunda, 5237 sayılı Türk Ceza Kanunu, 1219 sayılı Tababet ve Şuabatı San’atlarının Tarzı İcrasına Dair Kanun ve ilgili diğer mevzuat hükümleri uyarınca gerekli idari ve adli işlemlerin yapılmasını arz ederim.</w:t>
      </w:r>
      <w:r>
        <w:br/>
      </w:r>
      <w:r>
        <w:br/>
        <w:t>Ad-Soyad:</w:t>
      </w:r>
      <w:r>
        <w:br/>
        <w:t>T.C. Kimlik No:</w:t>
      </w:r>
      <w:r>
        <w:br/>
        <w:t>Adres:</w:t>
      </w:r>
      <w:r>
        <w:br/>
        <w:t>Telefon:</w:t>
      </w:r>
      <w:r>
        <w:br/>
        <w:t>E-posta:</w:t>
      </w:r>
      <w:r>
        <w:br/>
        <w:t>Tarih:</w:t>
      </w:r>
      <w:r>
        <w:br/>
        <w:t>İmza:</w:t>
      </w:r>
      <w:r>
        <w:br/>
      </w:r>
    </w:p>
    <w:sectPr w:rsidR="008B1107"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notTrueType/>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num w:numId="1" w16cid:durableId="484132003">
    <w:abstractNumId w:val="8"/>
  </w:num>
  <w:num w:numId="2" w16cid:durableId="19211948">
    <w:abstractNumId w:val="6"/>
  </w:num>
  <w:num w:numId="3" w16cid:durableId="213928222">
    <w:abstractNumId w:val="5"/>
  </w:num>
  <w:num w:numId="4" w16cid:durableId="1277636096">
    <w:abstractNumId w:val="4"/>
  </w:num>
  <w:num w:numId="5" w16cid:durableId="981813375">
    <w:abstractNumId w:val="7"/>
  </w:num>
  <w:num w:numId="6" w16cid:durableId="676737559">
    <w:abstractNumId w:val="3"/>
  </w:num>
  <w:num w:numId="7" w16cid:durableId="1482770036">
    <w:abstractNumId w:val="2"/>
  </w:num>
  <w:num w:numId="8" w16cid:durableId="942229555">
    <w:abstractNumId w:val="1"/>
  </w:num>
  <w:num w:numId="9" w16cid:durableId="1620599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3"/>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2450E"/>
    <w:rsid w:val="0015074B"/>
    <w:rsid w:val="0029639D"/>
    <w:rsid w:val="00326F90"/>
    <w:rsid w:val="008B1107"/>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D678851"/>
  <w14:defaultImageDpi w14:val="300"/>
  <w15:docId w15:val="{E6D70219-E8B1-774A-B3C7-7D04DB6C6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Balk1">
    <w:name w:val="heading 1"/>
    <w:basedOn w:val="Normal"/>
    <w:next w:val="Normal"/>
    <w:link w:val="Balk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158</Words>
  <Characters>903</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1059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Microsoft Office User</cp:lastModifiedBy>
  <cp:revision>2</cp:revision>
  <dcterms:created xsi:type="dcterms:W3CDTF">2013-12-23T23:15:00Z</dcterms:created>
  <dcterms:modified xsi:type="dcterms:W3CDTF">2025-08-14T11:40:00Z</dcterms:modified>
  <cp:category/>
</cp:coreProperties>
</file>